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ADE" w:rsidRDefault="00C37ADE">
      <w:pPr>
        <w:autoSpaceDE w:val="0"/>
        <w:autoSpaceDN w:val="0"/>
        <w:spacing w:after="78" w:line="220" w:lineRule="exact"/>
      </w:pPr>
    </w:p>
    <w:p w:rsidR="00C37ADE" w:rsidRPr="00CF2122" w:rsidRDefault="00CF2122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37ADE" w:rsidRPr="00CF2122" w:rsidRDefault="00CF2122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C37ADE" w:rsidRPr="00CF2122" w:rsidRDefault="00CF2122">
      <w:pPr>
        <w:autoSpaceDE w:val="0"/>
        <w:autoSpaceDN w:val="0"/>
        <w:spacing w:before="670" w:after="0" w:line="230" w:lineRule="auto"/>
        <w:ind w:left="240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Администрация Алексеевского муниципального района</w:t>
      </w:r>
    </w:p>
    <w:p w:rsidR="00C37ADE" w:rsidRPr="00CF2122" w:rsidRDefault="00CF2122">
      <w:pPr>
        <w:autoSpaceDE w:val="0"/>
        <w:autoSpaceDN w:val="0"/>
        <w:spacing w:before="670" w:after="1376" w:line="230" w:lineRule="auto"/>
        <w:ind w:right="3582"/>
        <w:jc w:val="right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Трёхложинская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СШ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02"/>
        <w:gridCol w:w="3760"/>
        <w:gridCol w:w="2880"/>
      </w:tblGrid>
      <w:tr w:rsidR="00C37ADE">
        <w:trPr>
          <w:trHeight w:hRule="exact" w:val="274"/>
        </w:trPr>
        <w:tc>
          <w:tcPr>
            <w:tcW w:w="2702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6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48" w:after="0" w:line="230" w:lineRule="auto"/>
              <w:ind w:left="8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88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48"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37ADE">
        <w:trPr>
          <w:trHeight w:hRule="exact" w:val="276"/>
        </w:trPr>
        <w:tc>
          <w:tcPr>
            <w:tcW w:w="2702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руководителем ШМО</w:t>
            </w:r>
          </w:p>
        </w:tc>
        <w:tc>
          <w:tcPr>
            <w:tcW w:w="376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after="0" w:line="230" w:lineRule="auto"/>
              <w:ind w:left="8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Педагог-организатор по УР</w:t>
            </w:r>
          </w:p>
        </w:tc>
        <w:tc>
          <w:tcPr>
            <w:tcW w:w="288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C37ADE" w:rsidRDefault="00C37ADE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82"/>
        <w:gridCol w:w="3560"/>
        <w:gridCol w:w="3340"/>
      </w:tblGrid>
      <w:tr w:rsidR="00C37ADE">
        <w:trPr>
          <w:trHeight w:hRule="exact" w:val="362"/>
        </w:trPr>
        <w:tc>
          <w:tcPr>
            <w:tcW w:w="2482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Ловягина Т.В.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Плотникова В.И.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Смирнова Н.В.</w:t>
            </w:r>
          </w:p>
        </w:tc>
      </w:tr>
      <w:tr w:rsidR="00C37ADE">
        <w:trPr>
          <w:trHeight w:hRule="exact" w:val="420"/>
        </w:trPr>
        <w:tc>
          <w:tcPr>
            <w:tcW w:w="2482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106" w:after="0" w:line="230" w:lineRule="auto"/>
              <w:ind w:right="134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106" w:after="0" w:line="230" w:lineRule="auto"/>
              <w:ind w:right="138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C37ADE">
        <w:trPr>
          <w:trHeight w:hRule="exact" w:val="380"/>
        </w:trPr>
        <w:tc>
          <w:tcPr>
            <w:tcW w:w="2482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4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"28" 08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  2022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4" w:after="0" w:line="230" w:lineRule="auto"/>
              <w:ind w:right="890"/>
              <w:jc w:val="right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08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</w:tbl>
    <w:p w:rsidR="00C37ADE" w:rsidRDefault="00CF2122">
      <w:pPr>
        <w:autoSpaceDE w:val="0"/>
        <w:autoSpaceDN w:val="0"/>
        <w:spacing w:before="978" w:after="0" w:line="230" w:lineRule="auto"/>
        <w:ind w:right="364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C37ADE" w:rsidRDefault="00CF2122">
      <w:pPr>
        <w:autoSpaceDE w:val="0"/>
        <w:autoSpaceDN w:val="0"/>
        <w:spacing w:before="70" w:after="0" w:line="230" w:lineRule="auto"/>
        <w:ind w:right="441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2322709)</w:t>
      </w:r>
    </w:p>
    <w:p w:rsidR="00C37ADE" w:rsidRDefault="00CF2122">
      <w:pPr>
        <w:autoSpaceDE w:val="0"/>
        <w:autoSpaceDN w:val="0"/>
        <w:spacing w:before="166" w:after="0" w:line="230" w:lineRule="auto"/>
        <w:ind w:right="4014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C37ADE" w:rsidRDefault="00CF2122">
      <w:pPr>
        <w:autoSpaceDE w:val="0"/>
        <w:autoSpaceDN w:val="0"/>
        <w:spacing w:before="70" w:after="0" w:line="230" w:lineRule="auto"/>
        <w:ind w:right="3924"/>
        <w:jc w:val="right"/>
      </w:pPr>
      <w:r>
        <w:rPr>
          <w:rFonts w:ascii="Times New Roman" w:eastAsia="Times New Roman" w:hAnsi="Times New Roman"/>
          <w:color w:val="000000"/>
          <w:sz w:val="24"/>
        </w:rPr>
        <w:t>«Окружающий мир»</w:t>
      </w:r>
    </w:p>
    <w:p w:rsidR="00C37ADE" w:rsidRDefault="00CF2122">
      <w:pPr>
        <w:autoSpaceDE w:val="0"/>
        <w:autoSpaceDN w:val="0"/>
        <w:spacing w:before="670" w:after="0" w:line="230" w:lineRule="auto"/>
        <w:ind w:right="2674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C37ADE" w:rsidRDefault="00CF2122">
      <w:pPr>
        <w:autoSpaceDE w:val="0"/>
        <w:autoSpaceDN w:val="0"/>
        <w:spacing w:before="70" w:after="0" w:line="230" w:lineRule="auto"/>
        <w:ind w:right="3612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C37ADE" w:rsidRDefault="00CF2122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Пономарёва Людмила Дмитриевна</w:t>
      </w:r>
    </w:p>
    <w:p w:rsidR="00C37ADE" w:rsidRDefault="00CF2122">
      <w:pPr>
        <w:autoSpaceDE w:val="0"/>
        <w:autoSpaceDN w:val="0"/>
        <w:spacing w:before="70" w:after="0" w:line="230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C37ADE" w:rsidRDefault="00CF2122">
      <w:pPr>
        <w:autoSpaceDE w:val="0"/>
        <w:autoSpaceDN w:val="0"/>
        <w:spacing w:before="2830" w:after="0" w:line="230" w:lineRule="auto"/>
        <w:ind w:right="3808"/>
        <w:jc w:val="right"/>
      </w:pPr>
      <w:r>
        <w:rPr>
          <w:rFonts w:ascii="Times New Roman" w:eastAsia="Times New Roman" w:hAnsi="Times New Roman"/>
          <w:color w:val="000000"/>
          <w:sz w:val="24"/>
        </w:rPr>
        <w:t>х. Трёхложинский 2022</w:t>
      </w:r>
    </w:p>
    <w:p w:rsidR="00C37ADE" w:rsidRDefault="00C37ADE">
      <w:pPr>
        <w:sectPr w:rsidR="00C37ADE">
          <w:pgSz w:w="11900" w:h="16840"/>
          <w:pgMar w:top="298" w:right="878" w:bottom="296" w:left="738" w:header="720" w:footer="720" w:gutter="0"/>
          <w:cols w:space="720" w:equalWidth="0">
            <w:col w:w="10284" w:space="0"/>
          </w:cols>
          <w:docGrid w:linePitch="360"/>
        </w:sectPr>
      </w:pPr>
    </w:p>
    <w:p w:rsidR="00C37ADE" w:rsidRDefault="00C37ADE">
      <w:pPr>
        <w:sectPr w:rsidR="00C37ADE">
          <w:pgSz w:w="11900" w:h="16840"/>
          <w:pgMar w:top="1440" w:right="1440" w:bottom="1440" w:left="1440" w:header="720" w:footer="720" w:gutter="0"/>
          <w:cols w:space="720" w:equalWidth="0">
            <w:col w:w="10284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78" w:line="220" w:lineRule="exact"/>
      </w:pPr>
    </w:p>
    <w:p w:rsidR="00C37ADE" w:rsidRDefault="00CF212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C37ADE" w:rsidRPr="00CF2122" w:rsidRDefault="00CF2122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C37ADE" w:rsidRPr="00CF2122" w:rsidRDefault="00CF2122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C37ADE" w:rsidRPr="00CF2122" w:rsidRDefault="00CF2122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  содержательные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 учебного  предмета  «Окружающий  мир» с   учётом   возрастных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C37ADE" w:rsidRPr="00CF2122" w:rsidRDefault="00CF2122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 стандарта.</w:t>
      </w:r>
    </w:p>
    <w:p w:rsidR="00C37ADE" w:rsidRPr="00CF2122" w:rsidRDefault="00CF2122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C37ADE" w:rsidRPr="00CF2122" w:rsidRDefault="00CF2122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C37ADE" w:rsidRPr="00CF2122" w:rsidRDefault="00CF2122">
      <w:pPr>
        <w:autoSpaceDE w:val="0"/>
        <w:autoSpaceDN w:val="0"/>
        <w:spacing w:before="190" w:after="0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66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C37ADE" w:rsidRPr="00CF2122" w:rsidRDefault="00CF2122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</w:p>
    <w:p w:rsidR="00C37ADE" w:rsidRPr="00CF2122" w:rsidRDefault="00CF2122">
      <w:pPr>
        <w:autoSpaceDE w:val="0"/>
        <w:autoSpaceDN w:val="0"/>
        <w:spacing w:before="178" w:after="0" w:line="286" w:lineRule="auto"/>
        <w:ind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природа»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Человек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курса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«О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кружающий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мир» осуществлён на основе следующих ведущих идей: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общечеловеческих ценностей взаимодействия в системах «Человек и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природа»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Человек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общество», «Человек и другие люди», «Человек и его самость», «Человек и познание».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86" w:right="766" w:bottom="1440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7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346" w:after="0" w:line="281" w:lineRule="auto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CF2122">
        <w:rPr>
          <w:lang w:val="ru-RU"/>
        </w:rPr>
        <w:br/>
      </w: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C37ADE" w:rsidRPr="00CF2122" w:rsidRDefault="00CF2122">
      <w:pPr>
        <w:autoSpaceDE w:val="0"/>
        <w:autoSpaceDN w:val="0"/>
        <w:spacing w:before="72" w:after="0"/>
        <w:ind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 мира.    Правила поведения в социуме.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CF2122">
        <w:rPr>
          <w:lang w:val="ru-RU"/>
        </w:rPr>
        <w:br/>
      </w:r>
      <w:r w:rsidRPr="00CF2122">
        <w:rPr>
          <w:lang w:val="ru-RU"/>
        </w:rPr>
        <w:tab/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Природа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C37ADE" w:rsidRPr="00CF2122" w:rsidRDefault="00CF2122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Комнатные растения, правила содержания и ухода.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Мир животных Разные группы животных (звери, насекомые, птицы, рыбы и др.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. Домашние и дикие животные (различия в условиях жизни). Забота о домашних питомцах.</w:t>
      </w:r>
    </w:p>
    <w:p w:rsidR="00C37ADE" w:rsidRPr="00CF2122" w:rsidRDefault="00CF2122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C37ADE" w:rsidRPr="00CF2122" w:rsidRDefault="00CF2122">
      <w:pPr>
        <w:autoSpaceDE w:val="0"/>
        <w:autoSpaceDN w:val="0"/>
        <w:spacing w:before="70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180" w:right="3456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10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соотносить иллюстрацию явления (объекта, предмета) с его названием.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носиться к разным мнениям;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 предметы   декоративно-прикладного   искусства с принадлежностью народу РФ, описывать предмет по предложенному плану;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домашних и диких животных, объяснять, чем они различаются.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газовыми приборами.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24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328" w:right="796" w:bottom="1440" w:left="846" w:header="720" w:footer="720" w:gutter="0"/>
          <w:cols w:space="720" w:equalWidth="0">
            <w:col w:w="10258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7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"Окружающий мир" в 1 классе направлено на достижение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37ADE" w:rsidRPr="00CF2122" w:rsidRDefault="00CF2122">
      <w:pPr>
        <w:autoSpaceDE w:val="0"/>
        <w:autoSpaceDN w:val="0"/>
        <w:spacing w:before="226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37ADE" w:rsidRPr="00CF2122" w:rsidRDefault="00CF2122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CF2122">
        <w:rPr>
          <w:lang w:val="ru-RU"/>
        </w:rPr>
        <w:br/>
      </w:r>
      <w:r w:rsidRPr="00CF2122">
        <w:rPr>
          <w:lang w:val="ru-RU"/>
        </w:rPr>
        <w:tab/>
      </w: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C37ADE" w:rsidRPr="00CF2122" w:rsidRDefault="00CF2122">
      <w:pPr>
        <w:autoSpaceDE w:val="0"/>
        <w:autoSpaceDN w:val="0"/>
        <w:spacing w:before="180" w:after="0" w:line="262" w:lineRule="auto"/>
        <w:ind w:left="420" w:right="7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C37ADE" w:rsidRPr="00CF2122" w:rsidRDefault="00CF2122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48" w:bottom="45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7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37ADE" w:rsidRPr="00CF2122" w:rsidRDefault="00CF2122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C37ADE" w:rsidRPr="00CF2122" w:rsidRDefault="00CF2122">
      <w:pPr>
        <w:autoSpaceDE w:val="0"/>
        <w:autoSpaceDN w:val="0"/>
        <w:spacing w:before="192" w:after="0" w:line="271" w:lineRule="auto"/>
        <w:ind w:left="42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C37ADE" w:rsidRPr="00CF2122" w:rsidRDefault="00CF2122">
      <w:pPr>
        <w:autoSpaceDE w:val="0"/>
        <w:autoSpaceDN w:val="0"/>
        <w:spacing w:before="286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37ADE" w:rsidRPr="00CF2122" w:rsidRDefault="00CF2122">
      <w:pPr>
        <w:autoSpaceDE w:val="0"/>
        <w:autoSpaceDN w:val="0"/>
        <w:spacing w:before="346" w:after="0" w:line="262" w:lineRule="auto"/>
        <w:ind w:left="180" w:right="4752"/>
        <w:rPr>
          <w:lang w:val="ru-RU"/>
        </w:rPr>
      </w:pPr>
      <w:proofErr w:type="spellStart"/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  <w:proofErr w:type="gramEnd"/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66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последствия; коллективный труд и его результаты и др.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—с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ледствие);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240" w:right="100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37ADE" w:rsidRPr="00CF2122" w:rsidRDefault="00CF2122">
      <w:pPr>
        <w:autoSpaceDE w:val="0"/>
        <w:autoSpaceDN w:val="0"/>
        <w:spacing w:before="178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24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с возможной презентацией (текст, рисунки, фото, плакаты и др.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к тексту выступления.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86" w:right="790" w:bottom="438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7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262" w:lineRule="auto"/>
        <w:ind w:left="180" w:right="4896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37ADE" w:rsidRPr="00CF2122" w:rsidRDefault="00CF2122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C37ADE" w:rsidRPr="00CF2122" w:rsidRDefault="00CF2122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C37ADE" w:rsidRPr="00CF2122" w:rsidRDefault="00CF2122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C37ADE" w:rsidRPr="00CF2122" w:rsidRDefault="00CF2122">
      <w:pPr>
        <w:autoSpaceDE w:val="0"/>
        <w:autoSpaceDN w:val="0"/>
        <w:spacing w:before="288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37ADE" w:rsidRPr="00CF2122" w:rsidRDefault="00CF212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C37ADE" w:rsidRPr="00CF2122" w:rsidRDefault="00CF212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название своего населённого пункта, региона, страны;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37ADE" w:rsidRPr="00CF2122" w:rsidRDefault="00CF2122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животны</w:t>
      </w:r>
      <w:proofErr w:type="gramStart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х(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насекомые, рыбы, птицы, звери); 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10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ухода за комнатными растениями и домашними животными; </w:t>
      </w:r>
    </w:p>
    <w:p w:rsidR="00C37ADE" w:rsidRPr="00CF2122" w:rsidRDefault="00CF2122">
      <w:pPr>
        <w:autoSpaceDE w:val="0"/>
        <w:autoSpaceDN w:val="0"/>
        <w:spacing w:before="190" w:after="0"/>
        <w:ind w:right="144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37ADE" w:rsidRPr="00CF2122" w:rsidRDefault="00CF2122">
      <w:pPr>
        <w:autoSpaceDE w:val="0"/>
        <w:autoSpaceDN w:val="0"/>
        <w:spacing w:before="192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C37ADE" w:rsidRPr="00CF2122" w:rsidRDefault="00CF2122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здорового питания и личной гигиены;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пешехода; </w:t>
      </w:r>
    </w:p>
    <w:p w:rsidR="00C37ADE" w:rsidRPr="00CF2122" w:rsidRDefault="00CF2122">
      <w:pPr>
        <w:autoSpaceDE w:val="0"/>
        <w:autoSpaceDN w:val="0"/>
        <w:spacing w:before="190" w:after="0" w:line="230" w:lineRule="auto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природе; </w:t>
      </w:r>
    </w:p>
    <w:p w:rsidR="00C37ADE" w:rsidRPr="00CF2122" w:rsidRDefault="00CF2122">
      <w:pPr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328" w:right="840" w:bottom="1440" w:left="1086" w:header="720" w:footer="720" w:gutter="0"/>
          <w:cols w:space="720" w:equalWidth="0">
            <w:col w:w="997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64" w:line="220" w:lineRule="exact"/>
        <w:rPr>
          <w:lang w:val="ru-RU"/>
        </w:rPr>
      </w:pPr>
    </w:p>
    <w:p w:rsidR="00C37ADE" w:rsidRDefault="00CF212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06"/>
        <w:gridCol w:w="530"/>
        <w:gridCol w:w="1104"/>
        <w:gridCol w:w="1140"/>
        <w:gridCol w:w="864"/>
        <w:gridCol w:w="4636"/>
        <w:gridCol w:w="1272"/>
        <w:gridCol w:w="1382"/>
      </w:tblGrid>
      <w:tr w:rsidR="00C37ADE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37ADE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</w:tr>
      <w:tr w:rsidR="00C37AD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общество.</w:t>
            </w:r>
          </w:p>
        </w:tc>
      </w:tr>
      <w:tr w:rsidR="00C37ADE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</w:t>
            </w:r>
          </w:p>
        </w:tc>
        <w:tc>
          <w:tcPr>
            <w:tcW w:w="46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Экскурсия по школе, знакомство с помещениями;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ситуаций по теме «Правила поведения в классе и в школе»;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по теме «Как содержать рабочее место в порядке»;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Россия Москва — столица России. Народы России.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и обсуждение иллюстраций, видеофрагментов и других материалов (по выбору) на темы «Москва — столица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России»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Экскурсия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Москве»;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right="288"/>
              <w:jc w:val="center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Экскурсии, целевые прогулки, просмотр иллюстраций,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видеофрагментов и других материалов о родном крае, труде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людей;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и описание изделий народных промыслов родного края и народов России;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6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 поведения в социуме.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24.03.2023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по теме «Правила поведения в учреждениях культуры — в театре, музее, библиотеке»;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12.01.2023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иллюстративным материалом: рассматривание фото, репродукций на тему «Семья»;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2" w:right="864"/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Совместный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труд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отдых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теме «Что такое семья»;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Домашний адрес.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039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37ADE"/>
        </w:tc>
      </w:tr>
      <w:tr w:rsidR="00C37AD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природа.</w:t>
            </w:r>
          </w:p>
        </w:tc>
      </w:tr>
      <w:tr w:rsidR="00C37ADE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и предметы, созданные человеком.</w:t>
            </w:r>
          </w:p>
          <w:p w:rsidR="00C37ADE" w:rsidRPr="00CF2122" w:rsidRDefault="00CF2122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Природные материалы. Бережное отношение к </w:t>
            </w:r>
            <w:proofErr w:type="gramStart"/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</w:t>
            </w:r>
            <w:proofErr w:type="gramEnd"/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метам, вещам, уход за ними.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по теме «Почему люди должны оберегать и охранять природу»;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 w:rsidSect="00074F7D">
          <w:pgSz w:w="16840" w:h="11900" w:orient="landscape"/>
          <w:pgMar w:top="544" w:right="666" w:bottom="282" w:left="640" w:header="720" w:footer="720" w:gutter="0"/>
          <w:cols w:space="720" w:equalWidth="0">
            <w:col w:w="1563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06"/>
        <w:gridCol w:w="530"/>
        <w:gridCol w:w="1104"/>
        <w:gridCol w:w="1140"/>
        <w:gridCol w:w="864"/>
        <w:gridCol w:w="4636"/>
        <w:gridCol w:w="1272"/>
        <w:gridCol w:w="1382"/>
      </w:tblGrid>
      <w:tr w:rsidR="00C37AD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Неживая и живая природа.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Экскурсии по теме «Сезонные изменения в природе, наблюдение за погодой»;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иллюстративным материалом: «Живая и неживая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природа»;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Погода и термометр. Наблюдение за погодой своего края.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Сезонные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изменения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ситуаций по теме «Правила поведения в природе»; Практическая работа по теме «Измеряем температуру»;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теме «Почему люди должны оберегать и охранять природу»;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ситуаций по теме «Правила поведения в природе»;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64" w:after="0" w:line="25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Растения ближайшего окружения (узнавание, называние, краткое  описание).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27.10.2022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Сравнение внешнего вида деревьев, кустарников, трав;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названия по внешнему виду дерева;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иллюстративным материалом: деление растений на две группы — дикорастущие и культурные;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по теме «Чем различаются дикорастущие и культурные растения?»;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 w:right="218"/>
              <w:jc w:val="both"/>
              <w:rPr>
                <w:lang w:val="ru-RU"/>
              </w:rPr>
            </w:pPr>
            <w:proofErr w:type="gramStart"/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по теме «Найдите у растений их части»; Рассматривание и зарисовка разнообразия частей растения: разные листья, разные цветки и плоды, разные корни (по выбору);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Комнатные растения, правила содержания и ухода.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Разные группы животных (звери, насекомые, птицы, рыбы и др.).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по теме «Кто больше назовёт насекомых (птиц, зверей…)»;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Логическая задача: найди ошибку в иллюстрациях — какое животное попало в эту группу неправильно;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Домашние и дикие животные (различия в условиях жизни).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Забота о домашних питомцах.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 детей по теме «Мой домашний питомец»;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37</w:t>
            </w:r>
          </w:p>
        </w:tc>
        <w:tc>
          <w:tcPr>
            <w:tcW w:w="1039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37ADE"/>
        </w:tc>
      </w:tr>
      <w:tr w:rsidR="00C37AD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Правила безопасной жизни.</w:t>
            </w:r>
          </w:p>
        </w:tc>
      </w:tr>
      <w:tr w:rsidR="00C37ADE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теме «Что такое режим дня»: обсуждение режима дня первоклассника;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учителя: «Что такое правильное питание»;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безопасности в быту: пользование бытовыми </w:t>
            </w:r>
            <w:proofErr w:type="gramStart"/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 приборами</w:t>
            </w:r>
            <w:proofErr w:type="gramEnd"/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газовыми плитами.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"Что дома может быть опасным";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45" w:lineRule="auto"/>
              <w:ind w:left="72" w:right="216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ПДД;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дорожными знаками;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 w:rsidSect="00074F7D">
          <w:pgSz w:w="16840" w:h="11900" w:orient="landscape"/>
          <w:pgMar w:top="454" w:right="666" w:bottom="284" w:left="640" w:header="720" w:footer="720" w:gutter="0"/>
          <w:cols w:space="720" w:equalWidth="0">
            <w:col w:w="1572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06"/>
        <w:gridCol w:w="530"/>
        <w:gridCol w:w="1104"/>
        <w:gridCol w:w="1140"/>
        <w:gridCol w:w="864"/>
        <w:gridCol w:w="4636"/>
        <w:gridCol w:w="1272"/>
        <w:gridCol w:w="1382"/>
      </w:tblGrid>
      <w:tr w:rsidR="00C37AD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Безопасность в сети Интернет (электронный дневник и электронные ресурсы школы) в условиях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контролируемого доступа в Интернет.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27.01.2023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 о безопасном Интернете;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37ADE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39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37ADE"/>
        </w:tc>
      </w:tr>
      <w:tr w:rsidR="00C37ADE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398" w:type="dxa"/>
            <w:gridSpan w:val="6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37ADE"/>
        </w:tc>
      </w:tr>
      <w:tr w:rsidR="00C37ADE">
        <w:trPr>
          <w:trHeight w:hRule="exact" w:val="330"/>
        </w:trPr>
        <w:tc>
          <w:tcPr>
            <w:tcW w:w="457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154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37ADE"/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 w:rsidSect="00074F7D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78" w:line="220" w:lineRule="exact"/>
      </w:pPr>
    </w:p>
    <w:p w:rsidR="00C37ADE" w:rsidRDefault="00CF2122">
      <w:pPr>
        <w:autoSpaceDE w:val="0"/>
        <w:autoSpaceDN w:val="0"/>
        <w:spacing w:after="314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24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486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п/п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Тема урока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Количество часов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изучения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Виды, формы контроля</w:t>
            </w:r>
          </w:p>
        </w:tc>
      </w:tr>
      <w:tr w:rsidR="00C37ADE">
        <w:trPr>
          <w:trHeight w:hRule="exact" w:val="81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всего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контрольные работы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ADE" w:rsidRDefault="00C37ADE"/>
        </w:tc>
      </w:tr>
      <w:tr w:rsidR="00C37ADE">
        <w:trPr>
          <w:trHeight w:hRule="exact" w:val="44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Экскурсия по школе. Человек и общество. Школьные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традиции и праздники.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Классный, школьный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коллектив, 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взаимоотноше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школьника. Правила безопасной работы на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учебноном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месте, режим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труда и отдыха.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01.09.2022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4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Мы - школьники Человек и общество. Школьные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традиции и праздники.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Классный, школьный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коллектив, 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взаимоотноше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школьника. Правила безопасной работы на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учебноном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месте, режим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труда и отдыха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02.09.2022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43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Школьные традиции Человек и общество. Школьные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традиции и праздники.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Классный, школьный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коллектив, 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взаимоотноше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школьника. Правила безопасной работы на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учебноном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месте, режим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труда и отдыха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08.09.2022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98" w:right="556" w:bottom="49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247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Дорога от дома до школы 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Дорога от дома до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школы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равила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безопасного поведения пешехода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(дорожные знаки, дорожная разметка, дорожные сигналы)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611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Режим дня школьника Человек и общество.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8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Школьные традиции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праздники. Классный,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школьный коллектив,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взаимоотношения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школьника. Правила безопасной работы на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учебноном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месте, режим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труда и отдыха.</w:t>
            </w:r>
          </w:p>
          <w:p w:rsidR="00C37ADE" w:rsidRPr="00CF2122" w:rsidRDefault="00CF2122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Необходимость соблюдения режима дня, правил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здорового питания и личной гигиены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10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Что такое Родина Человек и общество. Россия. Москва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—с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толица России. Народы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70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44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Москва - столица России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 и общество. Россия. Москва — столица России.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Народы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70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12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Твоя малая Родина Человек и общество. Россия. Москва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—с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толица России. Народы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68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Природа Человек и природа.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right="720"/>
              <w:jc w:val="center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Природа и предметы, созданные человеком.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Природные материалы.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1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Бережное отношение к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предметам, вещам, уход за ними. Неживая и живая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Погода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термометр. Наблюдение за погодой своего края.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Сезонные изменения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природе. Взаимосвязи между 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11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644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Природные объекты и 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30.09.2022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5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Неживая и живая природа Человек и природа. Природа и 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отношение к предметам,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06.10.2022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Дни недели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07.10.2022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5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Времена года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Признаки осени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Погода Человек и природа.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right="720"/>
              <w:jc w:val="center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Природа и предметы, созданные человеком.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Природные материалы.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Бережное отношение к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предметам, вещам, уход за ними. Неживая и живая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Погода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термометр. Наблюдение за погодой своего края.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Сезонные изменения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природе. Взаимосвязи между 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Термометр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78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Жизнь растений Человек и природа. Растения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ближайшего окружения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(узнавание, называние,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краткое описание).</w:t>
            </w:r>
          </w:p>
          <w:p w:rsidR="00C37ADE" w:rsidRDefault="00CF2122">
            <w:pPr>
              <w:autoSpaceDE w:val="0"/>
              <w:autoSpaceDN w:val="0"/>
              <w:spacing w:before="68" w:after="0" w:line="286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Лиственные и хвойные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растения. 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(называние, краткая 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9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растений Человек и природа. Растения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ближайшего окружения (узнавание, называние,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краткое описание).</w:t>
            </w:r>
          </w:p>
          <w:p w:rsidR="00C37ADE" w:rsidRDefault="00CF2122">
            <w:pPr>
              <w:autoSpaceDE w:val="0"/>
              <w:autoSpaceDN w:val="0"/>
              <w:spacing w:before="68" w:after="0" w:line="286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Лиственные и хвойные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растения. 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(называние, краткая 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28.10.2022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34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511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Лиственные и хвойные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растения Человек и природа.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 ближайшего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окружения (узнавание, называние, краткое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описание). Лиственные и хвойные растения.</w:t>
            </w:r>
          </w:p>
          <w:p w:rsidR="00C37ADE" w:rsidRDefault="00CF2122">
            <w:pPr>
              <w:autoSpaceDE w:val="0"/>
              <w:autoSpaceDN w:val="0"/>
              <w:spacing w:before="68" w:after="0" w:line="286" w:lineRule="auto"/>
              <w:ind w:left="72" w:right="144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(называние, краткая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10.11.2022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1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Дикорастущие и культурные растения Человек и природа.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 ближайшего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окружения (узнавание, называние, краткое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описание). Лиственные и хвойные растения.</w:t>
            </w:r>
          </w:p>
          <w:p w:rsidR="00C37ADE" w:rsidRDefault="00CF2122">
            <w:pPr>
              <w:autoSpaceDE w:val="0"/>
              <w:autoSpaceDN w:val="0"/>
              <w:spacing w:before="68" w:after="0" w:line="286" w:lineRule="auto"/>
              <w:ind w:left="72" w:right="144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(называние, краткая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11.11.2022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92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Комнатные растения Человек и природа. Растения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ближайшего окружения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(узнавание, называние,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краткое описание).</w:t>
            </w:r>
          </w:p>
          <w:p w:rsidR="00C37ADE" w:rsidRDefault="00CF2122">
            <w:pPr>
              <w:autoSpaceDE w:val="0"/>
              <w:autoSpaceDN w:val="0"/>
              <w:spacing w:before="70" w:after="0" w:line="286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Лиственные и хвойные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растения. 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(называние, краткая 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17.11.2022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5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511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Почему нужно ухаживать за комнатными растениями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 и природа. Растения ближайшего окружения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(узнавание, называние,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краткое описание).</w:t>
            </w:r>
          </w:p>
          <w:p w:rsidR="00C37ADE" w:rsidRDefault="00CF2122">
            <w:pPr>
              <w:autoSpaceDE w:val="0"/>
              <w:autoSpaceDN w:val="0"/>
              <w:spacing w:before="70" w:after="0" w:line="286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Лиственные и хвойные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растения. 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(называние, краткая 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18.11.2022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1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Редкие и исчезающие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растения Человек и природа.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Растения ближайшего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окружения (узнавание, называние, краткое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описание). Лиственные и хвойные растения.</w:t>
            </w:r>
          </w:p>
          <w:p w:rsidR="00C37ADE" w:rsidRDefault="00CF2122">
            <w:pPr>
              <w:autoSpaceDE w:val="0"/>
              <w:autoSpaceDN w:val="0"/>
              <w:spacing w:before="68" w:after="0" w:line="286" w:lineRule="auto"/>
              <w:ind w:left="72" w:right="144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Дикорастущие и культурные растения.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растения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(называние, краткая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характеристика значения для жизни растения): корень,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стебель, лист, цветок, плод, семя.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Комнатные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ухода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24.11.2022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80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Жизнь животных Человек и природа. Разные группы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животных (звери, насекомые, птицы, рыбы и др.).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jc w:val="center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Домашние и дикие животные (различия в условиях жизни).</w:t>
            </w:r>
          </w:p>
          <w:p w:rsidR="00C37ADE" w:rsidRDefault="00CF2122">
            <w:pPr>
              <w:autoSpaceDE w:val="0"/>
              <w:autoSpaceDN w:val="0"/>
              <w:spacing w:before="6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питомцах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25.11.2022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48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Звери Человек и природа.</w:t>
            </w:r>
          </w:p>
          <w:p w:rsidR="00C37ADE" w:rsidRDefault="00CF2122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группы животных (звери, насекомые, птицы, рыбы и др.). Домашние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дикие животные (различия в условиях жизни).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питомцах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01.12.2022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35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247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Птицы Человек и природа.</w:t>
            </w:r>
          </w:p>
          <w:p w:rsidR="00C37ADE" w:rsidRDefault="00CF2122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группы животных (звери, насекомые, птицы, рыбы и др.). Домашние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дикие животные (различия в условиях жизни).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питомцах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02.12.2022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47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Рыбы Человек и природа.</w:t>
            </w:r>
          </w:p>
          <w:p w:rsidR="00C37ADE" w:rsidRDefault="00CF2122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группы животных (звери, насекомые, птицы, рыбы и др.). Домашние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дикие животные (различия в условиях жизни).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питомцах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08.12.2022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47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8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Насекомые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Разные группы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животных (звери, насекомые, птицы, рыбы и др.).</w:t>
            </w:r>
          </w:p>
          <w:p w:rsidR="00C37ADE" w:rsidRDefault="00CF2122">
            <w:pPr>
              <w:autoSpaceDE w:val="0"/>
              <w:autoSpaceDN w:val="0"/>
              <w:spacing w:before="68" w:after="0" w:line="271" w:lineRule="auto"/>
              <w:ind w:left="72" w:right="112"/>
              <w:jc w:val="both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питомцах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80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Кто живет в зоопарке?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3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 и природа. Разные группы животных (звери, насекомые, птицы, рыбы и др.). Домашние и дикие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животные (различия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условиях жизни). Забота о домашних питомцах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Дикие и домашние животные Человек и природа. Разные группы животных (звери,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насекомые, птицы, рыбы и др.). Домашние и дикие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животные (различия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условиях жизни). Забота о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домашних питомцах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28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Почему домашние животные нуждаются в заботе Человек и природа. Разные группы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животных (звери, насекомые, птицы, рыбы и др.).</w:t>
            </w:r>
          </w:p>
          <w:p w:rsidR="00C37ADE" w:rsidRDefault="00CF2122">
            <w:pPr>
              <w:autoSpaceDE w:val="0"/>
              <w:autoSpaceDN w:val="0"/>
              <w:spacing w:before="70" w:after="0" w:line="271" w:lineRule="auto"/>
              <w:ind w:left="72" w:right="112"/>
              <w:jc w:val="both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питомцах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Признаки зимы.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78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Помощь птицам зимой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 и природа. Разные группы животных (звери, насекомые, птицы, рыбы и др.). Домашние и дикие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животные (различия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условиях жизни). Забота о домашних питомцах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809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Редкие и исчезающие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животные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Разные группы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животных (звери, насекомые, птицы, рыбы и др.).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jc w:val="center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Домашние и дикие животные (различия в условиях жизни).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3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Забота о домашних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питомцах.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30.12.2022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313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Твой дом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общество. Моя семья в прошлом и настоящем.</w:t>
            </w:r>
          </w:p>
          <w:p w:rsidR="00C37ADE" w:rsidRPr="00CF2122" w:rsidRDefault="00CF212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Имена и фамилии членов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семьи, их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профессии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.В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заимоотношения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взаимопо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 мощь в семье.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Совместный труд и отдых.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Домашний адрес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12.01.2023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311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Твоя семья Человек и общество. Моя семья в прошлом и настоящем.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8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Имена и фамилии членов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семьи, их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профессии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.В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заимоотношения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взаимопо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 мощь в семье.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Совместный труд и отдых.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Домашний адрес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13.01.2023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9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313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Все профессии важны!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 и общество. Моя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семья в прошлом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настоящем. Имена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фамилии членов семьи, их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профессии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.В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заимоотношения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взаимопо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 мощь в семье.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Совместный труд и отдых.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Домашний адрес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19.01.2023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Вода в доме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20.01.2023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13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Электричество в доме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безопасности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быту: пользование бытовыми электроприборами, газовыми плитами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26.01.2023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78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40.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Компьютер в твоей жизни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безопасной жизни. Безопасность в сети Интернет (электронный дневник и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эле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тронные ресурсы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школы) в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усло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виях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контролируемого доступа в Интернет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27.01.2023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20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214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безопасности в доме 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безопасности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быту: пользование бытовыми электроприборами, газовыми плитами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02.02.2023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313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Кто нас защищает Человек и общество. Моя семья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прошлом и настоящем.</w:t>
            </w:r>
          </w:p>
          <w:p w:rsidR="00C37ADE" w:rsidRPr="00CF2122" w:rsidRDefault="00CF2122">
            <w:pPr>
              <w:autoSpaceDE w:val="0"/>
              <w:autoSpaceDN w:val="0"/>
              <w:spacing w:before="68" w:after="0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Имена и фамилии членов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семьи, их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профессии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.В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заимоотношения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взаимопо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 мощь в семье.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Совместный труд и отдых.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Домашний адрес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03.02.2023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7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Признаки весны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09.02.2023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334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Весенний праздник - 8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Марта Человек и общество.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Моя семья в прошлом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настоящем. Имена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фамилии членов семьи, их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профессии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.В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заимоотношения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взаимопо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 мощь в семье.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Совместный труд и отдых.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Домашний адрес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10.02.2023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9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611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Наблюдаем за небом (звезды, созвездия, Луна, Солнце)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 и природа. Природа и 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отношение к предметам,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24.02.2023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Солнце Человек и природа.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right="720"/>
              <w:jc w:val="center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Природа и предметы, созданные человеком.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Природные материалы.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1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Бережное отношение к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предметам, вещам, уход за ними. Неживая и живая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природа. Погода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термометр. Наблюдение за погодой своего края.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Сезонные изменения в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природе. Взаимосвязи между 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02.03.2023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Земля и Луна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03.03.2023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5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 исследует космос Человек и природа. Природа и 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отношение к предметам,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611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12 апреля - День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космонавтики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576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50.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Бережем Землю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611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6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Как меняется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окружающий мир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отношение к предметам,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14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Как ты воспринимаешь мир Правила безопасной жизни. Необходимость соблюдения режима дня, правил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здорового питания и личной гигиены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2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Твое настроение Человек и общество. Россия. Москва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—с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толица России. Народы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68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24.03.2023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1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15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Твое тело 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8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Необходимость соблюдения режима дня, правил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здорового питания и личной гигиены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06.04.2023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8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180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Чем полезны овощи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фрукты Необходимость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соблюдения режима дня,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 здорового питания и личной гигиены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07.04.2023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14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86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Твоя одежда 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8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Необходимость соблюдения режима дня, правил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здорового питания и личной гигиены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213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Твое здоровье 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Необходимость соблюдения режима дня, правил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здорового питания и личной гигиены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12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Какие бывают музеи Человек и общество. Россия. Москва—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олица России. Народы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70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66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Такие разные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памятники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общество. Россия. Москва — столица России.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Народы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70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68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>
        <w:trPr>
          <w:trHeight w:hRule="exact" w:val="44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60.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1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Твои земляки - герои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Отчизны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общество. Россия. Москва 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—с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толица России. Народы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России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ервоначальные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сведения о родном крае.</w:t>
            </w:r>
          </w:p>
          <w:p w:rsidR="00C37ADE" w:rsidRDefault="00CF2122">
            <w:pPr>
              <w:autoSpaceDE w:val="0"/>
              <w:autoSpaceDN w:val="0"/>
              <w:spacing w:before="70" w:after="0" w:line="283" w:lineRule="auto"/>
              <w:ind w:left="72"/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Название своего населённого пункта (города, села),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региона. Культурные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объекты родного края. Труд людей. Ценность и красота рукотворного мира.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социуме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4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Будем вежливыми Человек и общество. Школьные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традиции и праздники.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Классный, школьный кол-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лектив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взаимоотноше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школьника.Правила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безопасной работы на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учебном месте, режим труда и отдыха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28.04.2023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>
        <w:trPr>
          <w:trHeight w:hRule="exact" w:val="443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 дружбе Человек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общество. Школьные традиции и праздники.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6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Классный, школьный кол-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лектив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взаимоотноше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школьника.Правила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безопасной работы на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учебном месте, режим труда и отдыха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04.05.2023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 w:rsidRPr="00CF2122">
        <w:trPr>
          <w:trHeight w:hRule="exact" w:val="478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Идем в гости. Поведение в гостях Человек и общество.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8" w:lineRule="auto"/>
              <w:ind w:left="7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Школьные традиции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праздники. Классный,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школьный кол-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лектив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совместная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деятельность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дноклассники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,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взаимоотноше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-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ния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ними; ценность дружбы,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взаимной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помощи.Рабочее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место </w:t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школьника.Правила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безопасной работы на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учебном месте, режим труда и отдыха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05.05.2023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/>
              <w:ind w:left="154" w:hanging="15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Самооценка с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использованием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ценочного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листа»;</w:t>
            </w:r>
          </w:p>
        </w:tc>
      </w:tr>
      <w:tr w:rsidR="00C37ADE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8" w:after="0" w:line="283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Признаки лета. Человек и природа. Природа и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отношение к предметам, 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11.05.2023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Устный опрос;</w:t>
            </w:r>
          </w:p>
        </w:tc>
      </w:tr>
      <w:tr w:rsidR="00C37ADE" w:rsidRPr="00CF2122">
        <w:trPr>
          <w:trHeight w:hRule="exact" w:val="250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поведения на улице Правила безопасной жизни.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81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Дорога от дома до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школы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.П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равила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безопасного поведения пешехода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(дорожные знаки, дорожная разметка, дорожные сигналы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12.05.2023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/>
              <w:ind w:left="154" w:hanging="15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Самооценка с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использованием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ценочного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листа»;</w:t>
            </w:r>
          </w:p>
        </w:tc>
      </w:tr>
    </w:tbl>
    <w:p w:rsidR="00C37ADE" w:rsidRPr="00CF2122" w:rsidRDefault="00C37ADE">
      <w:pPr>
        <w:autoSpaceDE w:val="0"/>
        <w:autoSpaceDN w:val="0"/>
        <w:spacing w:after="0" w:line="14" w:lineRule="exact"/>
        <w:rPr>
          <w:lang w:val="ru-RU"/>
        </w:rPr>
      </w:pP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96"/>
        <w:gridCol w:w="3180"/>
        <w:gridCol w:w="722"/>
        <w:gridCol w:w="1594"/>
        <w:gridCol w:w="1644"/>
        <w:gridCol w:w="1216"/>
        <w:gridCol w:w="1798"/>
      </w:tblGrid>
      <w:tr w:rsidR="00C37ADE" w:rsidRPr="00CF2122">
        <w:trPr>
          <w:trHeight w:hRule="exact" w:val="57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66.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83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поведения в лесу Человек и природа. Природа и предметы, созданные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человеком. Природные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материалы. Бережное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отношение к предметам,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вещам, уход за ними.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Неживая и живая природа. Погода и термометр.</w:t>
            </w:r>
          </w:p>
          <w:p w:rsidR="00C37ADE" w:rsidRPr="00CF2122" w:rsidRDefault="00CF2122">
            <w:pPr>
              <w:autoSpaceDE w:val="0"/>
              <w:autoSpaceDN w:val="0"/>
              <w:spacing w:before="68" w:after="0" w:line="271" w:lineRule="auto"/>
              <w:ind w:left="72" w:right="576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 за погодой своего края. Сезонные изменения в природе.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Взаимосвязи между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человеком и природой.</w:t>
            </w:r>
          </w:p>
          <w:p w:rsidR="00C37ADE" w:rsidRPr="00CF2122" w:rsidRDefault="00CF2122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Правила нравственного и безопасного поведения в природе.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18.05.2023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78" w:lineRule="auto"/>
              <w:ind w:left="154" w:hanging="15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Самооценка с </w:t>
            </w:r>
            <w:r w:rsidRPr="00CF2122">
              <w:rPr>
                <w:lang w:val="ru-RU"/>
              </w:rPr>
              <w:br/>
            </w:r>
            <w:proofErr w:type="spell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использованием</w:t>
            </w:r>
            <w:proofErr w:type="gramStart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«О</w:t>
            </w:r>
            <w:proofErr w:type="gram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ценочного</w:t>
            </w:r>
            <w:proofErr w:type="spellEnd"/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CF2122">
              <w:rPr>
                <w:lang w:val="ru-RU"/>
              </w:rPr>
              <w:br/>
            </w: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листа»;</w:t>
            </w:r>
          </w:p>
        </w:tc>
      </w:tr>
      <w:tr w:rsidR="00C37ADE">
        <w:trPr>
          <w:trHeight w:hRule="exact" w:val="794"/>
        </w:trPr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Pr="00CF2122" w:rsidRDefault="00CF2122">
            <w:pPr>
              <w:autoSpaceDE w:val="0"/>
              <w:autoSpaceDN w:val="0"/>
              <w:spacing w:before="96" w:after="0" w:line="262" w:lineRule="auto"/>
              <w:ind w:left="72" w:right="144"/>
              <w:rPr>
                <w:lang w:val="ru-RU"/>
              </w:rPr>
            </w:pPr>
            <w:r w:rsidRPr="00CF212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F2122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7ADE" w:rsidRDefault="00C37ADE"/>
        </w:tc>
      </w:tr>
    </w:tbl>
    <w:p w:rsidR="00C37ADE" w:rsidRDefault="00C37ADE">
      <w:pPr>
        <w:autoSpaceDE w:val="0"/>
        <w:autoSpaceDN w:val="0"/>
        <w:spacing w:after="0" w:line="14" w:lineRule="exact"/>
      </w:pPr>
    </w:p>
    <w:p w:rsidR="00C37ADE" w:rsidRDefault="00C37ADE">
      <w:pPr>
        <w:sectPr w:rsidR="00C37ADE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7ADE" w:rsidRDefault="00C37ADE">
      <w:pPr>
        <w:autoSpaceDE w:val="0"/>
        <w:autoSpaceDN w:val="0"/>
        <w:spacing w:after="78" w:line="220" w:lineRule="exact"/>
      </w:pPr>
    </w:p>
    <w:p w:rsidR="00C37ADE" w:rsidRDefault="00CF212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37ADE" w:rsidRPr="00CF2122" w:rsidRDefault="00CF2122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CF2122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CF2122">
        <w:rPr>
          <w:lang w:val="ru-RU"/>
        </w:rPr>
        <w:br/>
      </w: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7ADE" w:rsidRPr="00CF2122" w:rsidRDefault="00C37ADE">
      <w:pPr>
        <w:autoSpaceDE w:val="0"/>
        <w:autoSpaceDN w:val="0"/>
        <w:spacing w:after="78" w:line="220" w:lineRule="exact"/>
        <w:rPr>
          <w:lang w:val="ru-RU"/>
        </w:rPr>
      </w:pPr>
    </w:p>
    <w:p w:rsidR="00C37ADE" w:rsidRPr="00CF2122" w:rsidRDefault="00CF2122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CF2122">
        <w:rPr>
          <w:lang w:val="ru-RU"/>
        </w:rPr>
        <w:br/>
      </w:r>
      <w:proofErr w:type="spellStart"/>
      <w:proofErr w:type="gramStart"/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CF212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ЛАБОРАТОРНЫХ, ПРАКТИЧЕСКИХ РАБОТ, ДЕМОНСТРАЦИЙ</w:t>
      </w:r>
    </w:p>
    <w:p w:rsidR="00C37ADE" w:rsidRPr="00CF2122" w:rsidRDefault="00C37ADE">
      <w:pPr>
        <w:rPr>
          <w:lang w:val="ru-RU"/>
        </w:rPr>
        <w:sectPr w:rsidR="00C37ADE" w:rsidRPr="00CF212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F2122" w:rsidRPr="00CF2122" w:rsidRDefault="00CF2122">
      <w:pPr>
        <w:rPr>
          <w:lang w:val="ru-RU"/>
        </w:rPr>
      </w:pPr>
    </w:p>
    <w:sectPr w:rsidR="00CF2122" w:rsidRPr="00CF212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4F7D"/>
    <w:rsid w:val="0015074B"/>
    <w:rsid w:val="0029639D"/>
    <w:rsid w:val="00326F90"/>
    <w:rsid w:val="008705B4"/>
    <w:rsid w:val="00AA1D8D"/>
    <w:rsid w:val="00B47730"/>
    <w:rsid w:val="00C37ADE"/>
    <w:rsid w:val="00CB0664"/>
    <w:rsid w:val="00CF21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F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F2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F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F2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7A08B5-7F44-4E96-98D1-4AE314AB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39</Pages>
  <Words>7330</Words>
  <Characters>41783</Characters>
  <Application>Microsoft Office Word</Application>
  <DocSecurity>0</DocSecurity>
  <Lines>348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49015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asus-x54c</cp:lastModifiedBy>
  <cp:revision>2</cp:revision>
  <cp:lastPrinted>2022-07-20T09:27:00Z</cp:lastPrinted>
  <dcterms:created xsi:type="dcterms:W3CDTF">2013-12-23T23:15:00Z</dcterms:created>
  <dcterms:modified xsi:type="dcterms:W3CDTF">2022-07-20T09:29:00Z</dcterms:modified>
  <cp:category/>
</cp:coreProperties>
</file>